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Coulanceaanvraag handzorg</w:t>
      </w:r>
    </w:p>
    <w:p>
      <w:r>
        <w:rPr>
          <w:i/>
          <w:sz w:val="18"/>
        </w:rPr>
        <w:t>Vul de gegevens tussen blokhaken in en verwijder wat niet van toepassing is voordat je de brief verstuurt.</w:t>
      </w:r>
    </w:p>
    <w:p>
      <w:r>
        <w:t>[Naam patiënt]</w:t>
        <w:br/>
        <w:t>[Adres en huisnummer]</w:t>
        <w:br/>
        <w:t>[Postcode en woonplaats]</w:t>
        <w:br/>
        <w:t>[Telefoonnummer en e-mailadres]</w:t>
        <w:br/>
        <w:t>Verzekerdennummer: [nummer]</w:t>
      </w:r>
    </w:p>
    <w:p>
      <w:r>
        <w:t>Aan: [naam zorgverzekeraar]</w:t>
        <w:br/>
        <w:t>Afdeling vergoedingen / coulanceverzoeken</w:t>
        <w:br/>
        <w:t>[Adres of digitaal indienkanaal]</w:t>
      </w:r>
    </w:p>
    <w:p>
      <w:r>
        <w:t>[Plaats], [datum]</w:t>
      </w:r>
    </w:p>
    <w:p>
      <w:r>
        <w:rPr>
          <w:b/>
        </w:rPr>
        <w:t>Betreft: verzoek om tegemoetkoming uit coulance voor handzorg</w:t>
      </w:r>
    </w:p>
    <w:p>
      <w:r>
        <w:t>Geachte heer/mevrouw,</w:t>
      </w:r>
    </w:p>
    <w:p>
      <w:r>
        <w:t>Hierbij vraag ik u om een tegemoetkoming uit coulance voor de kosten van medische of oncologische handzorg bij La Petite Belge in Helmond, voor zover deze kosten niet onder mijn verzekering worden vergoed.</w:t>
      </w:r>
    </w:p>
    <w:p>
      <w:r>
        <w:t>Vanwege [relevante aandoening of behandeling] ervaar ik [beschrijf de klachten aan handen en/of nagels]. Dit belemmert mij bij [beschrijf de gevolgen voor dagelijkse activiteiten of het zelf verzorgen van handen en nagels].</w:t>
      </w:r>
    </w:p>
    <w:p>
      <w:r>
        <w:t>De voorgestelde handzorg bestaat uit [intake, aangepaste manicure, handmassage en/of verzorgingsadvies]. Met deze verzorging zoek ik ondersteuning bij [beschrijf jouw persoonlijke hulpvraag]. [Indien van toepassing: het behandelplan wordt afgestemd met mijn behandelend arts of behandelteam.]</w:t>
      </w:r>
    </w:p>
    <w:p>
      <w:r>
        <w:t>De kosten bedragen naar verwachting € [bedrag] voor [aantal afspraken / periode]. Ik voeg een kostenopgave of, als de zorg al heeft plaatsgevonden, een factuur toe. [Indien beschikbaar: ook voeg ik een toelichting of verklaring van mijn behandelaar toe.]</w:t>
      </w:r>
    </w:p>
    <w:p>
      <w:r>
        <w:t>Wilt u mijn persoonlijke situatie beoordelen en nagaan of u uit coulance geheel of gedeeltelijk kunt bijdragen aan deze kosten? Ik begrijp dat een tegemoetkoming niet gegarandeerd is. Graag ontvang ik uw schriftelijke beslissing, met vermelding van het eventuele bedrag en de voorwaarden. Laat u mij weten als u aanvullende informatie nodig heeft?</w:t>
      </w:r>
    </w:p>
    <w:p>
      <w:r>
        <w:t>Met vriendelijke groet,</w:t>
        <w:br/>
        <w:br/>
        <w:t>[Naam patiënt]</w:t>
        <w:br/>
        <w:t>[Handtekening indien per post]</w:t>
      </w:r>
    </w:p>
    <w:p>
      <w:r>
        <w:rPr>
          <w:sz w:val="18"/>
        </w:rPr>
        <w:t>Bijlagen: [kostenopgave of factuur] en [eventuele aanvullende onderbouwing]</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Voorbeeldbrief coulanceaanvraag handzorg</dc:title>
  <dc:subject>Invulbare brief van patiënt aan zorgverzekeraar</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